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אלופי הלשון – 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נכון בשם הפועל ובשם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 ולזהות אמצעים רטוריים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פסקת טיעון ומכתב רשמי במשלב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שבר את הראש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נוצרת צורת שם הפועל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הפעולה הוא שם עצם שנגזר מהפועל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עובדה מבוססת על מידע שניתן לאימות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(לכתוב)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(צה"ל)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ניב מוכר עם הסבר נכון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ברורה בין מידע הניתן לבדיקה לבין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בסבב קצר על ניבים מוכרים מהבית או מהתקשורת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את התלמידים לזוגות לעבודה על זיהוי שם הפועל ושם הפעולה בטקסט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בדף ככלי הכנה לפני תרגול נאום דקה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אלופי הלשון – 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נושאים מרכזיים בלשון כיתה ט׳: צורות הפועל, תצורת מילים, משלב לשון וניבים, וכן קריאה וכתיבה של טיעונים ומכתבים רשמיים עם אמצעים רטוריים.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ניב  ·  כתיבה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שם הפועל של המילה 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שם הפעולה של הפועל לקרוא?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מהמילים הבאות היא ניב?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שבר את הראש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כתב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קרא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הפועל תמיד מתחיל באות 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הפעולה הוא פועל שמתאר פעולה מתמשכת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לבדוק אם עובדה נכונה או 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הפועל לכתוב, ושם הפעולה שלו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לשבור את הראש הוא __________ שמשמעותו לחשוב הרבה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צה"ל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שם הפעולה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מדרחוב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ראשי תיבות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לכתוב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שם הפעולה של הפועל ללמוד?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לניב והסבירו 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אלופי הלשון – כיתה ט׳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